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Информационное письмо о повышении цен</w:t>
      </w:r>
    </w:p>
    <w:p>
      <w:pPr>
        <w:spacing w:after="120"/>
      </w:pPr>
      <w:r>
        <w:rPr>
          <w:sz w:val="22"/>
        </w:rPr>
        <w:t>Уважаемый(ая) [ФИО / название организации]!</w:t>
      </w:r>
    </w:p>
    <w:p>
      <w:pPr>
        <w:spacing w:after="120"/>
      </w:pPr>
    </w:p>
    <w:p>
      <w:pPr>
        <w:spacing w:after="120"/>
      </w:pPr>
      <w:r>
        <w:rPr>
          <w:sz w:val="22"/>
        </w:rPr>
        <w:t>Информируем вас об изменении стоимости [товаров / услуг] по договору № [номер] от [дата].</w:t>
      </w:r>
    </w:p>
    <w:p>
      <w:pPr>
        <w:spacing w:after="120"/>
      </w:pPr>
    </w:p>
    <w:p>
      <w:pPr>
        <w:spacing w:after="120"/>
      </w:pPr>
      <w:r>
        <w:rPr>
          <w:sz w:val="22"/>
        </w:rPr>
        <w:t>С [дата] стоимость [товара / услуги] составит [новая стоимость] рублей. Остальные условия сотрудничества остаются без изменений.</w:t>
      </w:r>
    </w:p>
    <w:p>
      <w:pPr>
        <w:spacing w:after="120"/>
      </w:pPr>
    </w:p>
    <w:p>
      <w:pPr>
        <w:spacing w:after="120"/>
      </w:pPr>
      <w:r>
        <w:rPr>
          <w:sz w:val="22"/>
        </w:rPr>
        <w:t>Просим учесть данную информацию при планировании дальнейшего сотрудничества.</w:t>
      </w:r>
    </w:p>
    <w:p>
      <w:pPr>
        <w:spacing w:after="120"/>
      </w:pPr>
    </w:p>
    <w:p>
      <w:pPr>
        <w:spacing w:after="120"/>
      </w:pPr>
      <w:r>
        <w:rPr>
          <w:sz w:val="22"/>
        </w:rPr>
        <w:t>С уважением,</w:t>
      </w:r>
    </w:p>
    <w:p>
      <w:pPr>
        <w:spacing w:after="120"/>
      </w:pPr>
      <w:r>
        <w:rPr>
          <w:sz w:val="22"/>
        </w:rPr>
        <w:t>[ФИО]</w:t>
      </w:r>
    </w:p>
    <w:p>
      <w:pPr>
        <w:spacing w:after="120"/>
      </w:pPr>
      <w:r>
        <w:rPr>
          <w:sz w:val="22"/>
        </w:rPr>
        <w:t>[Должность]</w:t>
      </w:r>
    </w:p>
    <w:p>
      <w:pPr>
        <w:spacing w:after="120"/>
      </w:pPr>
      <w:r>
        <w:rPr>
          <w:sz w:val="22"/>
        </w:rPr>
        <w:t>[Компания]</w:t>
      </w:r>
    </w:p>
    <w:p>
      <w:pPr>
        <w:spacing w:after="120"/>
      </w:pPr>
      <w:r>
        <w:rPr>
          <w:sz w:val="22"/>
        </w:rPr>
        <w:t>[Контакты]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