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Информационное письмо о смене реквизитов</w:t>
      </w:r>
    </w:p>
    <w:p>
      <w:pPr>
        <w:spacing w:after="120"/>
      </w:pPr>
      <w:r>
        <w:rPr>
          <w:sz w:val="22"/>
        </w:rPr>
        <w:t>Уважаемый(ая) [ФИО / название организации]!</w:t>
      </w:r>
    </w:p>
    <w:p>
      <w:pPr>
        <w:spacing w:after="120"/>
      </w:pPr>
    </w:p>
    <w:p>
      <w:pPr>
        <w:spacing w:after="120"/>
      </w:pPr>
      <w:r>
        <w:rPr>
          <w:sz w:val="22"/>
        </w:rPr>
        <w:t>Информируем вас об изменении реквизитов [компании / ИП].</w:t>
      </w:r>
    </w:p>
    <w:p>
      <w:pPr>
        <w:spacing w:after="120"/>
      </w:pPr>
    </w:p>
    <w:p>
      <w:pPr>
        <w:spacing w:after="120"/>
      </w:pPr>
      <w:r>
        <w:rPr>
          <w:sz w:val="22"/>
        </w:rPr>
        <w:t>С [дата] просим использовать следующие реквизиты:</w:t>
      </w:r>
    </w:p>
    <w:p>
      <w:pPr>
        <w:spacing w:after="120"/>
      </w:pPr>
    </w:p>
    <w:p>
      <w:pPr>
        <w:spacing w:after="120"/>
      </w:pPr>
      <w:r>
        <w:rPr>
          <w:sz w:val="22"/>
        </w:rPr>
        <w:t>Наименование: [наименование]</w:t>
      </w:r>
    </w:p>
    <w:p>
      <w:pPr>
        <w:spacing w:after="120"/>
      </w:pPr>
      <w:r>
        <w:rPr>
          <w:sz w:val="22"/>
        </w:rPr>
        <w:t>ИНН: [ИНН]</w:t>
      </w:r>
    </w:p>
    <w:p>
      <w:pPr>
        <w:spacing w:after="120"/>
      </w:pPr>
      <w:r>
        <w:rPr>
          <w:sz w:val="22"/>
        </w:rPr>
        <w:t>КПП: [КПП]</w:t>
      </w:r>
    </w:p>
    <w:p>
      <w:pPr>
        <w:spacing w:after="120"/>
      </w:pPr>
      <w:r>
        <w:rPr>
          <w:sz w:val="22"/>
        </w:rPr>
        <w:t>Расчетный счет: [счет]</w:t>
      </w:r>
    </w:p>
    <w:p>
      <w:pPr>
        <w:spacing w:after="120"/>
      </w:pPr>
      <w:r>
        <w:rPr>
          <w:sz w:val="22"/>
        </w:rPr>
        <w:t>Банк: [банк]</w:t>
      </w:r>
    </w:p>
    <w:p>
      <w:pPr>
        <w:spacing w:after="120"/>
      </w:pPr>
      <w:r>
        <w:rPr>
          <w:sz w:val="22"/>
        </w:rPr>
        <w:t>БИК: [БИК]</w:t>
      </w:r>
    </w:p>
    <w:p>
      <w:pPr>
        <w:spacing w:after="120"/>
      </w:pPr>
      <w:r>
        <w:rPr>
          <w:sz w:val="22"/>
        </w:rPr>
        <w:t>Корреспондентский счет: [корр. счет]</w:t>
      </w:r>
    </w:p>
    <w:p>
      <w:pPr>
        <w:spacing w:after="120"/>
      </w:pPr>
    </w:p>
    <w:p>
      <w:pPr>
        <w:spacing w:after="120"/>
      </w:pPr>
      <w:r>
        <w:rPr>
          <w:sz w:val="22"/>
        </w:rPr>
        <w:t>Просим учесть изменения при оформлении документов и проведении расчетов.</w:t>
      </w:r>
    </w:p>
    <w:p>
      <w:pPr>
        <w:spacing w:after="120"/>
      </w:pPr>
    </w:p>
    <w:p>
      <w:pPr>
        <w:spacing w:after="120"/>
      </w:pPr>
      <w:r>
        <w:rPr>
          <w:sz w:val="22"/>
        </w:rPr>
        <w:t>С уважением,</w:t>
      </w:r>
    </w:p>
    <w:p>
      <w:pPr>
        <w:spacing w:after="120"/>
      </w:pPr>
      <w:r>
        <w:rPr>
          <w:sz w:val="22"/>
        </w:rPr>
        <w:t>[ФИО]</w:t>
      </w:r>
    </w:p>
    <w:p>
      <w:pPr>
        <w:spacing w:after="120"/>
      </w:pPr>
      <w:r>
        <w:rPr>
          <w:sz w:val="22"/>
        </w:rPr>
        <w:t>[Должность]</w:t>
      </w:r>
    </w:p>
    <w:p>
      <w:pPr>
        <w:spacing w:after="120"/>
      </w:pPr>
      <w:r>
        <w:rPr>
          <w:sz w:val="22"/>
        </w:rPr>
        <w:t>[Компания]</w:t>
      </w:r>
    </w:p>
    <w:p>
      <w:pPr>
        <w:spacing w:after="120"/>
      </w:pPr>
      <w:r>
        <w:rPr>
          <w:sz w:val="22"/>
        </w:rPr>
        <w:t>[Контакты]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