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Информационное письмо об изменении графика работы</w:t>
      </w:r>
    </w:p>
    <w:p>
      <w:pPr>
        <w:spacing w:after="120"/>
      </w:pPr>
      <w:r>
        <w:rPr>
          <w:sz w:val="22"/>
        </w:rPr>
        <w:t>Уважаемые [клиенты / партнеры]!</w:t>
      </w:r>
    </w:p>
    <w:p>
      <w:pPr>
        <w:spacing w:after="120"/>
      </w:pPr>
    </w:p>
    <w:p>
      <w:pPr>
        <w:spacing w:after="120"/>
      </w:pPr>
      <w:r>
        <w:rPr>
          <w:sz w:val="22"/>
        </w:rPr>
        <w:t>Сообщаем, что [дата] [название организации / офис] будет работать по измененному графику: [новый график].</w:t>
      </w:r>
    </w:p>
    <w:p>
      <w:pPr>
        <w:spacing w:after="120"/>
      </w:pPr>
    </w:p>
    <w:p>
      <w:pPr>
        <w:spacing w:after="120"/>
      </w:pPr>
      <w:r>
        <w:rPr>
          <w:sz w:val="22"/>
        </w:rPr>
        <w:t>С [дата] возвращаемся к обычному режиму работы.</w:t>
      </w:r>
    </w:p>
    <w:p>
      <w:pPr>
        <w:spacing w:after="120"/>
      </w:pPr>
    </w:p>
    <w:p>
      <w:pPr>
        <w:spacing w:after="120"/>
      </w:pPr>
      <w:r>
        <w:rPr>
          <w:sz w:val="22"/>
        </w:rPr>
        <w:t>Если у вас запланированы [отгрузки / встречи / обращения] в этот период, пожалуйста, свяжитесь с [ответственное лицо / отдел].</w:t>
      </w:r>
    </w:p>
    <w:p>
      <w:pPr>
        <w:spacing w:after="120"/>
      </w:pPr>
    </w:p>
    <w:p>
      <w:pPr>
        <w:spacing w:after="120"/>
      </w:pPr>
      <w:r>
        <w:rPr>
          <w:sz w:val="22"/>
        </w:rPr>
        <w:t>С уважением,</w:t>
      </w:r>
    </w:p>
    <w:p>
      <w:pPr>
        <w:spacing w:after="120"/>
      </w:pPr>
      <w:r>
        <w:rPr>
          <w:sz w:val="22"/>
        </w:rPr>
        <w:t>[ФИО]</w:t>
      </w:r>
    </w:p>
    <w:p>
      <w:pPr>
        <w:spacing w:after="120"/>
      </w:pPr>
      <w:r>
        <w:rPr>
          <w:sz w:val="22"/>
        </w:rPr>
        <w:t>[Должность]</w:t>
      </w:r>
    </w:p>
    <w:p>
      <w:pPr>
        <w:spacing w:after="120"/>
      </w:pPr>
      <w:r>
        <w:rPr>
          <w:sz w:val="22"/>
        </w:rPr>
        <w:t>[Компания]</w:t>
      </w:r>
    </w:p>
    <w:p>
      <w:pPr>
        <w:spacing w:after="120"/>
      </w:pPr>
      <w:r>
        <w:rPr>
          <w:sz w:val="22"/>
        </w:rPr>
        <w:t>[Контакты]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