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Информационное письмо о смене директора</w:t>
      </w:r>
    </w:p>
    <w:p>
      <w:pPr>
        <w:spacing w:after="120"/>
      </w:pPr>
      <w:r>
        <w:rPr>
          <w:sz w:val="22"/>
        </w:rPr>
        <w:t>Уважаемый(ая) [ФИО / название организации]!</w:t>
      </w:r>
    </w:p>
    <w:p>
      <w:pPr>
        <w:spacing w:after="120"/>
      </w:pPr>
    </w:p>
    <w:p>
      <w:pPr>
        <w:spacing w:after="120"/>
      </w:pPr>
      <w:r>
        <w:rPr>
          <w:sz w:val="22"/>
        </w:rPr>
        <w:t>Информируем вас о смене руководителя [название организации].</w:t>
      </w:r>
    </w:p>
    <w:p>
      <w:pPr>
        <w:spacing w:after="120"/>
      </w:pPr>
    </w:p>
    <w:p>
      <w:pPr>
        <w:spacing w:after="120"/>
      </w:pPr>
      <w:r>
        <w:rPr>
          <w:sz w:val="22"/>
        </w:rPr>
        <w:t>С [дата] должность [генерального директора / директора] занимает [ФИО нового руководителя].</w:t>
      </w:r>
    </w:p>
    <w:p>
      <w:pPr>
        <w:spacing w:after="120"/>
      </w:pPr>
    </w:p>
    <w:p>
      <w:pPr>
        <w:spacing w:after="120"/>
      </w:pPr>
      <w:r>
        <w:rPr>
          <w:sz w:val="22"/>
        </w:rPr>
        <w:t>Просим учитывать данную информацию при дальнейшем оформлении документов и деловой переписке.</w:t>
      </w:r>
    </w:p>
    <w:p>
      <w:pPr>
        <w:spacing w:after="120"/>
      </w:pPr>
    </w:p>
    <w:p>
      <w:pPr>
        <w:spacing w:after="120"/>
      </w:pPr>
      <w:r>
        <w:rPr>
          <w:sz w:val="22"/>
        </w:rPr>
        <w:t>С уважением,</w:t>
      </w:r>
    </w:p>
    <w:p>
      <w:pPr>
        <w:spacing w:after="120"/>
      </w:pPr>
      <w:r>
        <w:rPr>
          <w:sz w:val="22"/>
        </w:rPr>
        <w:t>[ФИО]</w:t>
      </w:r>
    </w:p>
    <w:p>
      <w:pPr>
        <w:spacing w:after="120"/>
      </w:pPr>
      <w:r>
        <w:rPr>
          <w:sz w:val="22"/>
        </w:rPr>
        <w:t>[Должность]</w:t>
      </w:r>
    </w:p>
    <w:p>
      <w:pPr>
        <w:spacing w:after="120"/>
      </w:pPr>
      <w:r>
        <w:rPr>
          <w:sz w:val="22"/>
        </w:rPr>
        <w:t>[Компания]</w:t>
      </w:r>
    </w:p>
    <w:p>
      <w:pPr>
        <w:spacing w:after="120"/>
      </w:pPr>
      <w:r>
        <w:rPr>
          <w:sz w:val="22"/>
        </w:rPr>
        <w:t>[Контакты]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