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Информационное письмо о мероприятии</w:t>
      </w:r>
    </w:p>
    <w:p>
      <w:pPr>
        <w:spacing w:after="120"/>
      </w:pPr>
      <w:r>
        <w:rPr>
          <w:sz w:val="22"/>
        </w:rPr>
        <w:t>Уважаемый(ая) [ФИО / название организации]!</w:t>
      </w:r>
    </w:p>
    <w:p>
      <w:pPr>
        <w:spacing w:after="120"/>
      </w:pPr>
    </w:p>
    <w:p>
      <w:pPr>
        <w:spacing w:after="120"/>
      </w:pPr>
      <w:r>
        <w:rPr>
          <w:sz w:val="22"/>
        </w:rPr>
        <w:t>Приглашаем вас принять участие в мероприятии [название мероприятия], которое состоится [дата] в [время].</w:t>
      </w:r>
    </w:p>
    <w:p>
      <w:pPr>
        <w:spacing w:after="120"/>
      </w:pPr>
    </w:p>
    <w:p>
      <w:pPr>
        <w:spacing w:after="120"/>
      </w:pPr>
      <w:r>
        <w:rPr>
          <w:sz w:val="22"/>
        </w:rPr>
        <w:t>Место проведения: [адрес / онлайн-площадка].</w:t>
      </w:r>
    </w:p>
    <w:p>
      <w:pPr>
        <w:spacing w:after="120"/>
      </w:pPr>
    </w:p>
    <w:p>
      <w:pPr>
        <w:spacing w:after="120"/>
      </w:pPr>
      <w:r>
        <w:rPr>
          <w:sz w:val="22"/>
        </w:rPr>
        <w:t>В программе: [кратко о программе].</w:t>
      </w:r>
    </w:p>
    <w:p>
      <w:pPr>
        <w:spacing w:after="120"/>
      </w:pPr>
    </w:p>
    <w:p>
      <w:pPr>
        <w:spacing w:after="120"/>
      </w:pPr>
      <w:r>
        <w:rPr>
          <w:sz w:val="22"/>
        </w:rPr>
        <w:t>Для участия: [ссылка / способ регистрации].</w:t>
      </w:r>
    </w:p>
    <w:p>
      <w:pPr>
        <w:spacing w:after="120"/>
      </w:pPr>
    </w:p>
    <w:p>
      <w:pPr>
        <w:spacing w:after="120"/>
      </w:pPr>
      <w:r>
        <w:rPr>
          <w:sz w:val="22"/>
        </w:rPr>
        <w:t>Будем рады вашему участию!</w:t>
      </w:r>
    </w:p>
    <w:p>
      <w:pPr>
        <w:spacing w:after="120"/>
      </w:pPr>
    </w:p>
    <w:p>
      <w:pPr>
        <w:spacing w:after="120"/>
      </w:pPr>
      <w:r>
        <w:rPr>
          <w:sz w:val="22"/>
        </w:rPr>
        <w:t>С уважением,</w:t>
      </w:r>
    </w:p>
    <w:p>
      <w:pPr>
        <w:spacing w:after="120"/>
      </w:pPr>
      <w:r>
        <w:rPr>
          <w:sz w:val="22"/>
        </w:rPr>
        <w:t>[ФИО]</w:t>
      </w:r>
    </w:p>
    <w:p>
      <w:pPr>
        <w:spacing w:after="120"/>
      </w:pPr>
      <w:r>
        <w:rPr>
          <w:sz w:val="22"/>
        </w:rPr>
        <w:t>[Должность]</w:t>
      </w:r>
    </w:p>
    <w:p>
      <w:pPr>
        <w:spacing w:after="120"/>
      </w:pPr>
      <w:r>
        <w:rPr>
          <w:sz w:val="22"/>
        </w:rPr>
        <w:t>[Компания]</w:t>
      </w:r>
    </w:p>
    <w:p>
      <w:pPr>
        <w:spacing w:after="120"/>
      </w:pPr>
      <w:r>
        <w:rPr>
          <w:sz w:val="22"/>
        </w:rPr>
        <w:t>[Контакты]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