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Информационное письмо о деятельности ИП</w:t>
      </w:r>
    </w:p>
    <w:p>
      <w:pPr>
        <w:spacing w:after="120"/>
      </w:pPr>
      <w:r>
        <w:rPr>
          <w:sz w:val="22"/>
        </w:rPr>
        <w:t>Уважаемый(ая) [ФИО / название организации]!</w:t>
      </w:r>
    </w:p>
    <w:p>
      <w:pPr>
        <w:spacing w:after="120"/>
      </w:pPr>
    </w:p>
    <w:p>
      <w:pPr>
        <w:spacing w:after="120"/>
      </w:pPr>
      <w:r>
        <w:rPr>
          <w:sz w:val="22"/>
        </w:rPr>
        <w:t>Информируем вас о деятельности индивидуального предпринимателя [ФИО / наименование].</w:t>
      </w:r>
    </w:p>
    <w:p>
      <w:pPr>
        <w:spacing w:after="120"/>
      </w:pPr>
    </w:p>
    <w:p>
      <w:pPr>
        <w:spacing w:after="120"/>
      </w:pPr>
      <w:r>
        <w:rPr>
          <w:sz w:val="22"/>
        </w:rPr>
        <w:t>Основные направления деятельности: [перечень].</w:t>
      </w:r>
    </w:p>
    <w:p>
      <w:pPr>
        <w:spacing w:after="120"/>
      </w:pPr>
    </w:p>
    <w:p>
      <w:pPr>
        <w:spacing w:after="120"/>
      </w:pPr>
      <w:r>
        <w:rPr>
          <w:sz w:val="22"/>
        </w:rPr>
        <w:t>Контактные данные: [телефон, email, сайт].</w:t>
      </w:r>
    </w:p>
    <w:p>
      <w:pPr>
        <w:spacing w:after="120"/>
      </w:pPr>
    </w:p>
    <w:p>
      <w:pPr>
        <w:spacing w:after="120"/>
      </w:pPr>
      <w:r>
        <w:rPr>
          <w:sz w:val="22"/>
        </w:rPr>
        <w:t>При необходимости готовы предоставить дополнительную информацию и документы.</w:t>
      </w:r>
    </w:p>
    <w:p>
      <w:pPr>
        <w:spacing w:after="120"/>
      </w:pPr>
    </w:p>
    <w:p>
      <w:pPr>
        <w:spacing w:after="120"/>
      </w:pPr>
      <w:r>
        <w:rPr>
          <w:sz w:val="22"/>
        </w:rPr>
        <w:t>С уважением,</w:t>
      </w:r>
    </w:p>
    <w:p>
      <w:pPr>
        <w:spacing w:after="120"/>
      </w:pPr>
      <w:r>
        <w:rPr>
          <w:sz w:val="22"/>
        </w:rPr>
        <w:t>[ФИО ИП]</w:t>
      </w:r>
    </w:p>
    <w:p>
      <w:pPr>
        <w:spacing w:after="120"/>
      </w:pPr>
      <w:r>
        <w:rPr>
          <w:sz w:val="22"/>
        </w:rPr>
        <w:t>ИНН: [ИНН]</w:t>
      </w:r>
    </w:p>
    <w:p>
      <w:pPr>
        <w:spacing w:after="120"/>
      </w:pPr>
      <w:r>
        <w:rPr>
          <w:sz w:val="22"/>
        </w:rPr>
        <w:t>ОГРНИП: [ОГРНИП]</w:t>
      </w:r>
    </w:p>
    <w:p>
      <w:pPr>
        <w:spacing w:after="120"/>
      </w:pPr>
      <w:r>
        <w:rPr>
          <w:sz w:val="22"/>
        </w:rPr>
        <w:t>[Контакты]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