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Информационное письмо о компании новому сотруднику</w:t>
      </w:r>
    </w:p>
    <w:p>
      <w:pPr>
        <w:spacing w:after="120"/>
      </w:pPr>
      <w:r>
        <w:rPr>
          <w:sz w:val="22"/>
        </w:rPr>
        <w:t>Здравствуйте, [Имя]!</w:t>
      </w:r>
    </w:p>
    <w:p>
      <w:pPr>
        <w:spacing w:after="120"/>
      </w:pPr>
    </w:p>
    <w:p>
      <w:pPr>
        <w:spacing w:after="120"/>
      </w:pPr>
      <w:r>
        <w:rPr>
          <w:sz w:val="22"/>
        </w:rPr>
        <w:t>Добро пожаловать в [название компании].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Коротко о компании: [описание деятельности и основные направления].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Ваша команда: [подразделение / руководитель / контакты].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Важная информация для начала работы: [график, система, документы, ссылки].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Если появятся вопросы, обращайтесь к [ФИО / отдел]: [контакты].</w:t>
      </w:r>
    </w:p>
    <w:p>
      <w:pPr>
        <w:spacing w:after="120"/>
      </w:pPr>
    </w:p>
    <w:p>
      <w:pPr>
        <w:spacing w:after="120"/>
      </w:pPr>
      <w:r>
        <w:rPr>
          <w:sz w:val="22"/>
        </w:rPr>
        <w:t>Желаем успешного старта!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