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Информационное письмо поставщику о товаре</w:t>
      </w:r>
    </w:p>
    <w:p>
      <w:pPr>
        <w:spacing w:after="120"/>
      </w:pPr>
      <w:r>
        <w:rPr>
          <w:sz w:val="22"/>
        </w:rPr>
        <w:t>Уважаемый(ая) [ФИО / название организации]!</w:t>
      </w:r>
    </w:p>
    <w:p>
      <w:pPr>
        <w:spacing w:after="120"/>
      </w:pPr>
    </w:p>
    <w:p>
      <w:pPr>
        <w:spacing w:after="120"/>
      </w:pPr>
      <w:r>
        <w:rPr>
          <w:sz w:val="22"/>
        </w:rPr>
        <w:t>Просим предоставить информацию о [наименование товара / группы товаров].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Необходимые сведения: [характеристики, наличие, стоимость, сроки поставки, условия оплаты и доставки].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При возможности приложите актуальный прайс-лист и техническую документацию.</w:t>
      </w:r>
    </w:p>
    <w:p>
      <w:pPr>
        <w:spacing w:after="120"/>
      </w:pPr>
    </w:p>
    <w:p>
      <w:pPr>
        <w:spacing w:after="120"/>
      </w:pPr>
      <w:r>
        <w:rPr>
          <w:sz w:val="22"/>
        </w:rPr>
        <w:t>Будем благодарны за информацию до [дата].</w:t>
      </w:r>
    </w:p>
    <w:p>
      <w:pPr>
        <w:spacing w:after="120"/>
      </w:pPr>
    </w:p>
    <w:p>
      <w:pPr>
        <w:spacing w:after="120"/>
      </w:pPr>
      <w:r>
        <w:rPr>
          <w:sz w:val="22"/>
        </w:rPr>
        <w:t>С уважением,</w:t>
      </w:r>
    </w:p>
    <w:p>
      <w:pPr>
        <w:spacing w:after="120"/>
      </w:pPr>
      <w:r>
        <w:rPr>
          <w:sz w:val="22"/>
        </w:rPr>
        <w:t>[ФИО]</w:t>
      </w:r>
    </w:p>
    <w:p>
      <w:pPr>
        <w:spacing w:after="120"/>
      </w:pPr>
      <w:r>
        <w:rPr>
          <w:sz w:val="22"/>
        </w:rPr>
        <w:t>[Должность]</w:t>
      </w:r>
    </w:p>
    <w:p>
      <w:pPr>
        <w:spacing w:after="120"/>
      </w:pPr>
      <w:r>
        <w:rPr>
          <w:sz w:val="22"/>
        </w:rPr>
        <w:t>[Компания]</w:t>
      </w:r>
    </w:p>
    <w:p>
      <w:pPr>
        <w:spacing w:after="120"/>
      </w:pPr>
      <w:r>
        <w:rPr>
          <w:sz w:val="22"/>
        </w:rPr>
        <w:t>[Контакты]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