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Информационное письмо о смене адреса</w:t>
      </w:r>
    </w:p>
    <w:p>
      <w:pPr>
        <w:spacing w:after="120"/>
      </w:pPr>
      <w:r>
        <w:rPr>
          <w:sz w:val="22"/>
        </w:rPr>
        <w:t>Уважаемый(ая) [ФИО / название организации]!</w:t>
      </w:r>
    </w:p>
    <w:p>
      <w:pPr>
        <w:spacing w:after="120"/>
      </w:pPr>
    </w:p>
    <w:p>
      <w:pPr>
        <w:spacing w:after="120"/>
      </w:pPr>
      <w:r>
        <w:rPr>
          <w:sz w:val="22"/>
        </w:rPr>
        <w:t>Информируем вас об изменении [юридического / фактического / почтового] адреса [название организации].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Новый адрес: [адрес].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Изменение действует с [дата]. Просим учитывать новый адрес при направлении корреспонденции и оформлении документов.</w:t>
      </w:r>
    </w:p>
    <w:p>
      <w:pPr>
        <w:spacing w:after="120"/>
      </w:pPr>
    </w:p>
    <w:p>
      <w:pPr>
        <w:spacing w:after="120"/>
      </w:pPr>
      <w:r>
        <w:rPr>
          <w:sz w:val="22"/>
        </w:rPr>
        <w:t>С уважением,</w:t>
      </w:r>
    </w:p>
    <w:p>
      <w:pPr>
        <w:spacing w:after="120"/>
      </w:pPr>
      <w:r>
        <w:rPr>
          <w:sz w:val="22"/>
        </w:rPr>
        <w:t>[ФИО]</w:t>
      </w:r>
    </w:p>
    <w:p>
      <w:pPr>
        <w:spacing w:after="120"/>
      </w:pPr>
      <w:r>
        <w:rPr>
          <w:sz w:val="22"/>
        </w:rPr>
        <w:t>[Должность]</w:t>
      </w:r>
    </w:p>
    <w:p>
      <w:pPr>
        <w:spacing w:after="120"/>
      </w:pPr>
      <w:r>
        <w:rPr>
          <w:sz w:val="22"/>
        </w:rPr>
        <w:t>[Компания]</w:t>
      </w:r>
    </w:p>
    <w:p>
      <w:pPr>
        <w:spacing w:after="120"/>
      </w:pPr>
      <w:r>
        <w:rPr>
          <w:sz w:val="22"/>
        </w:rPr>
        <w:t>[Контакты]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