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[ЛОГОТИП]</w:t>
              <w:br/>
              <w:t>[Название компании]</w:t>
            </w:r>
          </w:p>
        </w:tc>
        <w:tc>
          <w:tcPr>
            <w:tcW w:type="dxa" w:w="4986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9"/>
              </w:rPr>
              <w:t>Коммерческое предложение</w:t>
              <w:br/>
              <w:t>№ [номер] от [дата]</w:t>
            </w:r>
          </w:p>
        </w:tc>
      </w:tr>
    </w:tbl>
    <w:p>
      <w:pPr>
        <w:jc w:val="right"/>
      </w:pPr>
      <w:r>
        <w:rPr>
          <w:b/>
        </w:rPr>
        <w:t>Кому: [Имя / компания клиента]</w:t>
        <w:br/>
      </w:r>
      <w:r>
        <w:t>Контакт: [должность, телефон, e-mail]</w:t>
      </w:r>
    </w:p>
    <w:p>
      <w:pPr>
        <w:pStyle w:val="Title"/>
      </w:pPr>
      <w:r>
        <w:t>Коммерческое предложение</w:t>
      </w:r>
    </w:p>
    <w:p>
      <w:r>
        <w:rPr>
          <w:b/>
        </w:rPr>
        <w:t>[Конкретная выгода для клиента]</w:t>
      </w:r>
    </w:p>
    <w:p>
      <w:pPr>
        <w:pStyle w:val="Heading1"/>
      </w:pPr>
      <w:r>
        <w:t>О вашей задаче</w:t>
      </w:r>
    </w:p>
    <w:p>
      <w:r>
        <w:t>[Кратко опишите потребность клиента и то, что обсуждали. Покажите, что предложение подготовлено именно под его задачу.]</w:t>
      </w:r>
    </w:p>
    <w:p>
      <w:pPr>
        <w:pStyle w:val="Heading1"/>
      </w:pPr>
      <w:r>
        <w:t>Что предлагаем</w:t>
      </w:r>
    </w:p>
    <w:p>
      <w:r>
        <w:t>[Продукт / услуга и ключевое решение.]</w:t>
      </w:r>
    </w:p>
    <w:p>
      <w:pPr>
        <w:pStyle w:val="ListBullet"/>
      </w:pPr>
      <w:r>
        <w:t>[Выгода 1 — конкретный результат / цифра]</w:t>
      </w:r>
    </w:p>
    <w:p>
      <w:pPr>
        <w:pStyle w:val="ListBullet"/>
      </w:pPr>
      <w:r>
        <w:t>[Выгода 2 — конкретный результат / цифра]</w:t>
      </w:r>
    </w:p>
    <w:p>
      <w:pPr>
        <w:pStyle w:val="ListBullet"/>
      </w:pPr>
      <w:r>
        <w:t>[Выгода 3 — конкретный результат / цифра]</w:t>
      </w:r>
    </w:p>
    <w:p>
      <w:pPr>
        <w:pStyle w:val="Heading1"/>
      </w:pPr>
      <w:r>
        <w:t>Стоимость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9"/>
              </w:rPr>
              <w:t>Позиция</w:t>
            </w:r>
          </w:p>
        </w:tc>
        <w:tc>
          <w:tcPr>
            <w:tcW w:type="dxa" w:w="2493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9"/>
              </w:rPr>
              <w:t>Количество</w:t>
            </w:r>
          </w:p>
        </w:tc>
        <w:tc>
          <w:tcPr>
            <w:tcW w:type="dxa" w:w="2493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9"/>
              </w:rPr>
              <w:t>Цена</w:t>
            </w:r>
          </w:p>
        </w:tc>
        <w:tc>
          <w:tcPr>
            <w:tcW w:type="dxa" w:w="2493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9"/>
              </w:rPr>
              <w:t>Сумма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[Товар / услуга]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[шт.]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[Товар / услуга]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[шт.]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[Доп. работа / услуга]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[шт.]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[руб.]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Итого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[ИТОГО] ₽</w:t>
            </w:r>
          </w:p>
        </w:tc>
      </w:tr>
    </w:tbl>
    <w:p>
      <w:r>
        <w:t>В стоимость входит: [что включено].</w:t>
      </w:r>
    </w:p>
    <w:p>
      <w:r>
        <w:t>Условия оплаты: [предоплата / постоплата / этапы].</w:t>
      </w:r>
    </w:p>
    <w:p>
      <w:r>
        <w:t>Срок выполнения / поставки: [срок].</w:t>
      </w:r>
    </w:p>
    <w:p>
      <w:pPr>
        <w:pStyle w:val="Heading1"/>
      </w:pPr>
      <w:r>
        <w:t>Как проходит работа</w:t>
      </w:r>
    </w:p>
    <w:p>
      <w:r>
        <w:t>1. [Согласовываем состав работ / заказ]</w:t>
      </w:r>
    </w:p>
    <w:p>
      <w:r>
        <w:t>2. [Подтверждаем сроки и условия]</w:t>
      </w:r>
    </w:p>
    <w:p>
      <w:r>
        <w:t>3. [Выполняем работу / поставляем товар]</w:t>
      </w:r>
    </w:p>
    <w:p>
      <w:r>
        <w:t>4. [Передаем результат / закрывающие документы]</w:t>
      </w:r>
    </w:p>
    <w:p>
      <w:pPr>
        <w:pStyle w:val="Heading1"/>
      </w:pPr>
      <w:r>
        <w:t>Почему мы</w:t>
      </w:r>
    </w:p>
    <w:p>
      <w:pPr>
        <w:pStyle w:val="ListBullet"/>
      </w:pPr>
      <w:r>
        <w:t>[УТП / ключевое отличие]</w:t>
      </w:r>
    </w:p>
    <w:p>
      <w:pPr>
        <w:pStyle w:val="ListBullet"/>
      </w:pPr>
      <w:r>
        <w:t>[Релевантный опыт или кейс с цифрой]</w:t>
      </w:r>
    </w:p>
    <w:p>
      <w:pPr>
        <w:pStyle w:val="ListBullet"/>
      </w:pPr>
      <w:r>
        <w:t>[Гарантия / сервис / сроки]</w:t>
      </w:r>
    </w:p>
    <w:p>
      <w:pPr>
        <w:pStyle w:val="Heading1"/>
      </w:pPr>
      <w:r>
        <w:t>Кейс</w:t>
      </w:r>
    </w:p>
    <w:p>
      <w:r>
        <w:t>[Клиент / отрасль] → [что сделали] → [измеримый результат: сэкономили X ₽, сократили срок на Y%, увеличили показатель на Z%].</w:t>
      </w:r>
    </w:p>
    <w:p>
      <w:pPr>
        <w:pStyle w:val="Heading1"/>
      </w:pPr>
      <w:r>
        <w:t>Что дальше</w:t>
      </w:r>
    </w:p>
    <w:p>
      <w:r>
        <w:t>[Позвоните / напишите / назначьте встречу]. Мы подготовим [расчет / договор / финальную спецификацию] в течение [срок].</w:t>
      </w:r>
    </w:p>
    <w:p/>
    <w:p>
      <w:r>
        <w:rPr>
          <w:b/>
        </w:rPr>
        <w:t>Контакты</w:t>
        <w:br/>
      </w:r>
      <w:r>
        <w:t>[Имя, должность]</w:t>
        <w:br/>
        <w:t>[Телефон] · [E-mail] · [Сайт]</w:t>
      </w:r>
    </w:p>
    <w:p/>
    <w:p>
      <w:r>
        <w:rPr>
          <w:b/>
        </w:rPr>
        <w:t xml:space="preserve">Срок действия предложения: </w:t>
      </w:r>
      <w:r>
        <w:t>[до ДД.ММ.ГГГГ / XX календарных дней с даты отправки]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